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left"/>
      </w:pPr>
      <w:r>
        <w:drawing>
          <wp:inline xmlns:a="http://schemas.openxmlformats.org/drawingml/2006/main" xmlns:pic="http://schemas.openxmlformats.org/drawingml/2006/picture">
            <wp:extent cx="2880360" cy="1155360"/>
            <wp:docPr id="1" name="Picture 1"/>
            <wp:cNvGraphicFramePr>
              <a:graphicFrameLocks noChangeAspect="1"/>
            </wp:cNvGraphicFramePr>
            <a:graphic>
              <a:graphicData uri="http://schemas.openxmlformats.org/drawingml/2006/picture">
                <pic:pic>
                  <pic:nvPicPr>
                    <pic:cNvPr id="0" name="main logo banner.png"/>
                    <pic:cNvPicPr/>
                  </pic:nvPicPr>
                  <pic:blipFill>
                    <a:blip r:embed="rId9"/>
                    <a:stretch>
                      <a:fillRect/>
                    </a:stretch>
                  </pic:blipFill>
                  <pic:spPr>
                    <a:xfrm>
                      <a:off x="0" y="0"/>
                      <a:ext cx="2880360" cy="1155360"/>
                    </a:xfrm>
                    <a:prstGeom prst="rect"/>
                  </pic:spPr>
                </pic:pic>
              </a:graphicData>
            </a:graphic>
          </wp:inline>
        </w:drawing>
      </w:r>
    </w:p>
    <w:p>
      <w:pPr>
        <w:spacing w:after="100"/>
      </w:pPr>
      <w:r>
        <w:rPr>
          <w:rFonts w:ascii="Arial" w:hAnsi="Arial"/>
          <w:b/>
          <w:color w:val="6F6F6F"/>
          <w:sz w:val="17"/>
        </w:rPr>
        <w:t>CONVERSATION-FIRST PROFILE QUESTIONNAIRE</w:t>
      </w:r>
    </w:p>
    <w:p>
      <w:pPr>
        <w:pStyle w:val="Title"/>
      </w:pPr>
      <w:r>
        <w:t>Tell us who you are before we turn you into bullet points.</w:t>
      </w:r>
    </w:p>
    <w:p>
      <w:pPr>
        <w:spacing w:after="200"/>
      </w:pPr>
      <w:r>
        <w:rPr>
          <w:color w:val="1B1B1B"/>
          <w:sz w:val="25"/>
        </w:rPr>
        <w:t>This is not a resume form. It is a guided interview designed to uncover the story, judgment, work style, proof, personality and practical details that a traditional resume often misses.</w:t>
      </w:r>
    </w:p>
    <w:tbl>
      <w:tblPr>
        <w:tblW w:type="auto" w:w="0"/>
        <w:jc w:val="left"/>
        <w:tblLayout w:type="autofit"/>
        <w:tblLook w:firstColumn="1" w:firstRow="1" w:lastColumn="0" w:lastRow="0" w:noHBand="0" w:noVBand="1" w:val="04A0"/>
      </w:tblPr>
      <w:tblGrid>
        <w:gridCol w:w="10454"/>
      </w:tblGrid>
      <w:tr>
        <w:tc>
          <w:tcPr>
            <w:tcW w:type="dxa" w:w="10454"/>
            <w:shd w:fill="F5F5F2"/>
          </w:tcPr>
          <w:p>
            <w:r>
              <w:rPr>
                <w:b/>
                <w:sz w:val="21"/>
              </w:rPr>
              <w:t>How to use this</w:t>
            </w:r>
          </w:p>
        </w:tc>
      </w:tr>
      <w:tr>
        <w:tc>
          <w:tcPr>
            <w:tcW w:type="dxa" w:w="10454"/>
            <w:shd w:fill="F5F5F2"/>
          </w:tcPr>
          <w:p>
            <w:r>
              <w:rPr>
                <w:sz w:val="18"/>
              </w:rPr>
              <w:t>Write naturally. Short answers are fine. Skip anything that does not apply. You do not need marketing language or perfect grammar. The goal is to sound like you. If a fact is uncertain, say so rather than guessing.</w:t>
            </w:r>
          </w:p>
        </w:tc>
      </w:tr>
    </w:tbl>
    <w:p/>
    <w:p>
      <w:pPr>
        <w:pStyle w:val="Heading2"/>
      </w:pPr>
      <w:r>
        <w:t>A few ground rules</w:t>
      </w:r>
    </w:p>
    <w:p>
      <w:r>
        <w:t>Do not include confidential client information, passwords, account numbers, private legal information, or anything you would not want published. You can identify topics that should remain private later in this questionnaire.</w:t>
      </w:r>
    </w:p>
    <w:p>
      <w:r>
        <w:t>Your public profile can be as conventional or unconventional as your story requires.</w:t>
      </w:r>
    </w:p>
    <w:p>
      <w:r>
        <w:rPr>
          <w:b/>
          <w:color w:val="6F6F6F"/>
          <w:sz w:val="17"/>
        </w:rPr>
        <w:t>NAME FOR THIS QUESTIONNAIRE</w:t>
      </w:r>
    </w:p>
    <w:p>
      <w:pPr>
        <w:spacing w:after="20" w:line="240" w:lineRule="auto"/>
      </w:pPr>
      <w:r>
        <w:rPr>
          <w:color w:val="D8D8D4"/>
          <w:sz w:val="16"/>
        </w:rPr>
        <w:t>________________________________________________________________________________</w:t>
      </w:r>
    </w:p>
    <w:p>
      <w:r>
        <w:rPr>
          <w:b/>
          <w:color w:val="6F6F6F"/>
          <w:sz w:val="17"/>
        </w:rPr>
        <w:t>DATE</w:t>
      </w:r>
    </w:p>
    <w:p>
      <w:pPr>
        <w:spacing w:after="20" w:line="240" w:lineRule="auto"/>
      </w:pPr>
      <w:r>
        <w:rPr>
          <w:color w:val="D8D8D4"/>
          <w:sz w:val="16"/>
        </w:rPr>
        <w:t>________________________________________________________________________________</w:t>
      </w:r>
    </w:p>
    <w:p>
      <w:r>
        <w:rPr>
          <w:color w:val="6F6F6F"/>
          <w:sz w:val="16"/>
        </w:rPr>
        <w:t>No job board. No public candidate directory. The goal is simple: help a real person start a better conversation.</w:t>
      </w:r>
    </w:p>
    <w:p>
      <w:r>
        <w:br w:type="page"/>
      </w:r>
    </w:p>
    <w:p>
      <w:pPr>
        <w:keepNext/>
        <w:spacing w:after="40"/>
      </w:pPr>
      <w:r>
        <w:rPr>
          <w:b/>
          <w:color w:val="6F6F6F"/>
          <w:sz w:val="17"/>
        </w:rPr>
        <w:t>SECTION 01</w:t>
      </w:r>
    </w:p>
    <w:p>
      <w:pPr>
        <w:pStyle w:val="Heading1"/>
        <w:keepNext/>
      </w:pPr>
      <w:r>
        <w:t>Profile foundation</w:t>
      </w:r>
    </w:p>
    <w:p>
      <w:pPr>
        <w:keepNext/>
        <w:spacing w:after="140"/>
        <w:pBdr>
          <w:bottom w:val="single" w:sz="6" w:space="1" w:color="D8D8D4"/>
        </w:pBdr>
      </w:pPr>
      <w:r>
        <w:rPr>
          <w:i/>
          <w:color w:val="6F6F6F"/>
          <w:sz w:val="18"/>
        </w:rPr>
        <w:t>Start with the basic public information we need to understand who the profile is for and who should find it.</w:t>
      </w:r>
    </w:p>
    <w:p>
      <w:pPr>
        <w:pStyle w:val="Heading2"/>
        <w:keepNext/>
      </w:pPr>
      <w:r>
        <w:t>1. What name should appear publicly?</w:t>
      </w:r>
    </w:p>
    <w:p>
      <w:pPr>
        <w:keepNext/>
        <w:spacing w:after="40"/>
      </w:pPr>
      <w:r>
        <w:rPr>
          <w:i/>
          <w:color w:val="6F6F6F"/>
          <w:sz w:val="16"/>
        </w:rPr>
        <w:t>Use the name you want employers or recruiters to see.</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2. What email address should all profile communications go to?</w:t>
      </w:r>
    </w:p>
    <w:p>
      <w:pPr>
        <w:keepNext/>
        <w:spacing w:after="40"/>
      </w:pPr>
      <w:r>
        <w:rPr>
          <w:i/>
          <w:color w:val="6F6F6F"/>
          <w:sz w:val="16"/>
        </w:rPr>
        <w:t>Each Find a Subtrade profile can use its own contact email.</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3. What city, region or general area should the profile target?</w:t>
      </w:r>
    </w:p>
    <w:p>
      <w:pPr>
        <w:keepNext/>
        <w:spacing w:after="40"/>
      </w:pPr>
      <w:r>
        <w:rPr>
          <w:i/>
          <w:color w:val="6F6F6F"/>
          <w:sz w:val="16"/>
        </w:rPr>
        <w:t>Do not provide a private street address.</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4. What industry, trade, profession or type of work best describes you today?</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5. What job titles might employers search for when looking for someone like you?</w:t>
      </w:r>
    </w:p>
    <w:p>
      <w:pPr>
        <w:keepNext/>
        <w:spacing w:after="40"/>
      </w:pPr>
      <w:r>
        <w:rPr>
          <w:i/>
          <w:color w:val="6F6F6F"/>
          <w:sz w:val="16"/>
        </w:rPr>
        <w:t>Include titles you would accept even if they are not your favourite wording.</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6. What website address or profile slug would you prefer, if available?</w:t>
      </w:r>
    </w:p>
    <w:p>
      <w:pPr>
        <w:keepNext/>
        <w:spacing w:after="40"/>
      </w:pPr>
      <w:r>
        <w:rPr>
          <w:i/>
          <w:color w:val="6F6F6F"/>
          <w:sz w:val="16"/>
        </w:rPr>
        <w:t>Example: firstname.findasubtrade.com</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pPr>
      <w:r>
        <w:t>What type of opportunity are you open to?</w:t>
      </w:r>
    </w:p>
    <w:tbl>
      <w:tblPr>
        <w:tblW w:type="auto" w:w="0"/>
        <w:jc w:val="left"/>
        <w:tblLayout w:type="autofit"/>
        <w:tblLook w:firstColumn="1" w:firstRow="1" w:lastColumn="0" w:lastRow="0" w:noHBand="0" w:noVBand="1" w:val="04A0"/>
      </w:tblPr>
      <w:tblGrid>
        <w:gridCol w:w="5227"/>
        <w:gridCol w:w="5227"/>
      </w:tblGrid>
      <w:tr>
        <w:tc>
          <w:tcPr>
            <w:tcW w:type="dxa" w:w="5227"/>
            <w:vAlign w:val="center"/>
          </w:tcPr>
          <w:p>
            <w:pPr>
              <w:spacing w:after="0"/>
            </w:pPr>
            <w:r>
              <w:rPr>
                <w:sz w:val="18"/>
              </w:rPr>
              <w:t>☐ Full-time</w:t>
            </w:r>
          </w:p>
        </w:tc>
        <w:tc>
          <w:tcPr>
            <w:tcW w:type="dxa" w:w="5227"/>
            <w:vAlign w:val="center"/>
          </w:tcPr>
          <w:p>
            <w:pPr>
              <w:spacing w:after="0"/>
            </w:pPr>
            <w:r>
              <w:rPr>
                <w:sz w:val="18"/>
              </w:rPr>
              <w:t>☐ Part-time</w:t>
            </w:r>
          </w:p>
        </w:tc>
      </w:tr>
      <w:tr>
        <w:tc>
          <w:tcPr>
            <w:tcW w:type="dxa" w:w="5227"/>
            <w:vAlign w:val="center"/>
          </w:tcPr>
          <w:p>
            <w:pPr>
              <w:spacing w:after="0"/>
            </w:pPr>
            <w:r>
              <w:rPr>
                <w:sz w:val="18"/>
              </w:rPr>
              <w:t>☐ Contract</w:t>
            </w:r>
          </w:p>
        </w:tc>
        <w:tc>
          <w:tcPr>
            <w:tcW w:type="dxa" w:w="5227"/>
            <w:vAlign w:val="center"/>
          </w:tcPr>
          <w:p>
            <w:pPr>
              <w:spacing w:after="0"/>
            </w:pPr>
            <w:r>
              <w:rPr>
                <w:sz w:val="18"/>
              </w:rPr>
              <w:t>☐ Temporary</w:t>
            </w:r>
          </w:p>
        </w:tc>
      </w:tr>
      <w:tr>
        <w:tc>
          <w:tcPr>
            <w:tcW w:type="dxa" w:w="5227"/>
            <w:vAlign w:val="center"/>
          </w:tcPr>
          <w:p>
            <w:pPr>
              <w:spacing w:after="0"/>
            </w:pPr>
            <w:r>
              <w:rPr>
                <w:sz w:val="18"/>
              </w:rPr>
              <w:t>☐ Seasonal</w:t>
            </w:r>
          </w:p>
        </w:tc>
        <w:tc>
          <w:tcPr>
            <w:tcW w:type="dxa" w:w="5227"/>
            <w:vAlign w:val="center"/>
          </w:tcPr>
          <w:p>
            <w:pPr>
              <w:spacing w:after="0"/>
            </w:pPr>
            <w:r>
              <w:rPr>
                <w:sz w:val="18"/>
              </w:rPr>
              <w:t>☐ Project-based</w:t>
            </w:r>
          </w:p>
        </w:tc>
      </w:tr>
      <w:tr>
        <w:tc>
          <w:tcPr>
            <w:tcW w:type="dxa" w:w="5227"/>
            <w:vAlign w:val="center"/>
          </w:tcPr>
          <w:p>
            <w:pPr>
              <w:spacing w:after="0"/>
            </w:pPr>
            <w:r>
              <w:rPr>
                <w:sz w:val="18"/>
              </w:rPr>
              <w:t>☐ Casual / infill</w:t>
            </w:r>
          </w:p>
        </w:tc>
        <w:tc>
          <w:tcPr>
            <w:tcW w:type="dxa" w:w="5227"/>
            <w:vAlign w:val="center"/>
          </w:tcPr>
          <w:p>
            <w:pPr>
              <w:spacing w:after="0"/>
            </w:pPr>
            <w:r>
              <w:rPr>
                <w:sz w:val="18"/>
              </w:rPr>
              <w:t>☐ Open to several</w:t>
            </w:r>
          </w:p>
        </w:tc>
      </w:tr>
    </w:tbl>
    <w:p>
      <w:pPr>
        <w:spacing w:after="40"/>
      </w:pPr>
    </w:p>
    <w:p>
      <w:r>
        <w:br w:type="page"/>
      </w:r>
    </w:p>
    <w:p>
      <w:pPr>
        <w:keepNext/>
        <w:spacing w:after="40"/>
      </w:pPr>
      <w:r>
        <w:rPr>
          <w:b/>
          <w:color w:val="6F6F6F"/>
          <w:sz w:val="17"/>
        </w:rPr>
        <w:t>SECTION 02</w:t>
      </w:r>
    </w:p>
    <w:p>
      <w:pPr>
        <w:pStyle w:val="Heading1"/>
        <w:keepNext/>
      </w:pPr>
      <w:r>
        <w:t>Why now?</w:t>
      </w:r>
    </w:p>
    <w:p>
      <w:pPr>
        <w:keepNext/>
        <w:spacing w:after="140"/>
        <w:pBdr>
          <w:bottom w:val="single" w:sz="6" w:space="1" w:color="D8D8D4"/>
        </w:pBdr>
      </w:pPr>
      <w:r>
        <w:rPr>
          <w:i/>
          <w:color w:val="6F6F6F"/>
          <w:sz w:val="18"/>
        </w:rPr>
        <w:t>This is often the most important part of the story. Employers can read history anywhere; they rarely get a clear explanation of why the person is here now.</w:t>
      </w:r>
    </w:p>
    <w:p>
      <w:pPr>
        <w:pStyle w:val="Heading2"/>
        <w:keepNext/>
      </w:pPr>
      <w:r>
        <w:t>1. Why are you looking for work or a new opportunity right now?</w:t>
      </w:r>
    </w:p>
    <w:p>
      <w:pPr>
        <w:keepNext/>
        <w:spacing w:after="40"/>
      </w:pPr>
      <w:r>
        <w:rPr>
          <w:i/>
          <w:color w:val="6F6F6F"/>
          <w:sz w:val="16"/>
        </w:rPr>
        <w:t>What changed? Why this moment?</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2. What are you hoping work gives you besides money?</w:t>
      </w:r>
    </w:p>
    <w:p>
      <w:pPr>
        <w:keepNext/>
        <w:spacing w:after="40"/>
      </w:pPr>
      <w:r>
        <w:rPr>
          <w:i/>
          <w:color w:val="6F6F6F"/>
          <w:sz w:val="16"/>
        </w:rPr>
        <w:t>Examples: purpose, growth, stability, challenge, physical work, people, flexibility, meaning, creativity.</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3. What would make this next chapter feel worthwhile?</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4. Are you changing industries, returning to an old one, re-entering work, semi-retired, or simply looking for a better fit?</w:t>
      </w:r>
    </w:p>
    <w:p>
      <w:pPr>
        <w:keepNext/>
        <w:spacing w:after="40"/>
      </w:pPr>
      <w:r>
        <w:rPr>
          <w:i/>
          <w:color w:val="6F6F6F"/>
          <w:sz w:val="16"/>
        </w:rPr>
        <w:t>Tell the story directly.</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5. If money were not the main factor, what kind of work would you still choose to do?</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6. What would a traditional resume completely fail to explain about why you are looking now?</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r>
        <w:br w:type="page"/>
      </w:r>
    </w:p>
    <w:p>
      <w:pPr>
        <w:keepNext/>
        <w:spacing w:after="40"/>
      </w:pPr>
      <w:r>
        <w:rPr>
          <w:b/>
          <w:color w:val="6F6F6F"/>
          <w:sz w:val="17"/>
        </w:rPr>
        <w:t>SECTION 03</w:t>
      </w:r>
    </w:p>
    <w:p>
      <w:pPr>
        <w:pStyle w:val="Heading1"/>
        <w:keepNext/>
      </w:pPr>
      <w:r>
        <w:t>The work you actually want</w:t>
      </w:r>
    </w:p>
    <w:p>
      <w:pPr>
        <w:keepNext/>
        <w:spacing w:after="140"/>
        <w:pBdr>
          <w:bottom w:val="single" w:sz="6" w:space="1" w:color="D8D8D4"/>
        </w:pBdr>
      </w:pPr>
      <w:r>
        <w:rPr>
          <w:i/>
          <w:color w:val="6F6F6F"/>
          <w:sz w:val="18"/>
        </w:rPr>
        <w:t>Capability matters, but so does preference. This section separates what you can do from what you would genuinely like to spend your time doing.</w:t>
      </w:r>
    </w:p>
    <w:p>
      <w:pPr>
        <w:pStyle w:val="Heading2"/>
        <w:keepNext/>
      </w:pPr>
      <w:r>
        <w:t>1. What kind of work would you genuinely be happy to wake up and go do?</w:t>
      </w:r>
    </w:p>
    <w:p>
      <w:pPr>
        <w:keepNext/>
        <w:spacing w:after="40"/>
      </w:pPr>
      <w:r>
        <w:rPr>
          <w:i/>
          <w:color w:val="6F6F6F"/>
          <w:sz w:val="16"/>
        </w:rPr>
        <w:t>Not just what you can do. What do you actually enjoy?</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2. What kind of work are you especially good at?</w:t>
      </w:r>
    </w:p>
    <w:p>
      <w:pPr>
        <w:keepNext/>
        <w:spacing w:after="40"/>
      </w:pPr>
      <w:r>
        <w:rPr>
          <w:i/>
          <w:color w:val="6F6F6F"/>
          <w:sz w:val="16"/>
        </w:rPr>
        <w:t>Think about problems people naturally bring to you.</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3. What work are you willing to do even if it is not glamorous?</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4. Is anything completely off the table?</w:t>
      </w:r>
    </w:p>
    <w:p>
      <w:pPr>
        <w:keepNext/>
        <w:spacing w:after="40"/>
      </w:pPr>
      <w:r>
        <w:rPr>
          <w:i/>
          <w:color w:val="6F6F6F"/>
          <w:sz w:val="16"/>
        </w:rPr>
        <w:t>Be practical. This can include tasks, environments, schedules or responsibilities.</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5. What kinds of customers, projects, systems or environments do you enjoy most?</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6. Do you prefer working independently, beside a crew, leading, mentoring, customer-facing work, or a mix?</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7. What work would you like to learn next?</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8. What would make you stay somewhere longer than you originally planned?</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r>
        <w:br w:type="page"/>
      </w:r>
    </w:p>
    <w:p>
      <w:pPr>
        <w:keepNext/>
        <w:spacing w:after="40"/>
      </w:pPr>
      <w:r>
        <w:rPr>
          <w:b/>
          <w:color w:val="6F6F6F"/>
          <w:sz w:val="17"/>
        </w:rPr>
        <w:t>SECTION 04</w:t>
      </w:r>
    </w:p>
    <w:p>
      <w:pPr>
        <w:pStyle w:val="Heading1"/>
        <w:keepNext/>
      </w:pPr>
      <w:r>
        <w:t>Where your story started</w:t>
      </w:r>
    </w:p>
    <w:p>
      <w:pPr>
        <w:keepNext/>
        <w:spacing w:after="140"/>
        <w:pBdr>
          <w:bottom w:val="single" w:sz="6" w:space="1" w:color="D8D8D4"/>
        </w:pBdr>
      </w:pPr>
      <w:r>
        <w:rPr>
          <w:i/>
          <w:color w:val="6F6F6F"/>
          <w:sz w:val="18"/>
        </w:rPr>
        <w:t>Do not rewrite your resume. Tell us how you got into the work and what shaped you.</w:t>
      </w:r>
    </w:p>
    <w:p>
      <w:pPr>
        <w:pStyle w:val="Heading2"/>
        <w:keepNext/>
      </w:pPr>
      <w:r>
        <w:t>1. How did you first get into your industry or line of work?</w:t>
      </w:r>
    </w:p>
    <w:p>
      <w:pPr>
        <w:keepNext/>
        <w:spacing w:after="40"/>
      </w:pPr>
      <w:r>
        <w:rPr>
          <w:i/>
          <w:color w:val="6F6F6F"/>
          <w:sz w:val="16"/>
        </w:rPr>
        <w:t>Family influence, school, necessity, curiosity, a first job, apprenticeship, accident - whatever is true.</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2. How old were you when you first started doing work related to this field?</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3. Who or what influenced the way you learned to work?</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4. What early lesson still affects how you work today?</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5. What major transitions changed your career path?</w:t>
      </w:r>
    </w:p>
    <w:p>
      <w:pPr>
        <w:keepNext/>
        <w:spacing w:after="40"/>
      </w:pPr>
      <w:r>
        <w:rPr>
          <w:i/>
          <w:color w:val="6F6F6F"/>
          <w:sz w:val="16"/>
        </w:rPr>
        <w:t>Examples: promotion, starting a business, changing industries, moving, burnout, family priorities, new technology.</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6. What part of your history matters to understanding you, even if it does not fit neatly into a job title?</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r>
        <w:br w:type="page"/>
      </w:r>
    </w:p>
    <w:p>
      <w:pPr>
        <w:keepNext/>
        <w:spacing w:after="40"/>
      </w:pPr>
      <w:r>
        <w:rPr>
          <w:b/>
          <w:color w:val="6F6F6F"/>
          <w:sz w:val="17"/>
        </w:rPr>
        <w:t>SECTION 05</w:t>
      </w:r>
    </w:p>
    <w:p>
      <w:pPr>
        <w:pStyle w:val="Heading1"/>
        <w:keepNext/>
      </w:pPr>
      <w:r>
        <w:t>Experience without the laundry list</w:t>
      </w:r>
    </w:p>
    <w:p>
      <w:pPr>
        <w:keepNext/>
        <w:spacing w:after="140"/>
        <w:pBdr>
          <w:bottom w:val="single" w:sz="6" w:space="1" w:color="D8D8D4"/>
        </w:pBdr>
      </w:pPr>
      <w:r>
        <w:rPr>
          <w:i/>
          <w:color w:val="6F6F6F"/>
          <w:sz w:val="18"/>
        </w:rPr>
        <w:t>Now give us the evidence behind the story. We want scale, complexity, outcomes and context - not a copy of every job description.</w:t>
      </w:r>
    </w:p>
    <w:p>
      <w:pPr>
        <w:pStyle w:val="Heading2"/>
        <w:keepNext/>
      </w:pPr>
      <w:r>
        <w:t>1. What are the 3-5 most meaningful projects, roles or accomplishments from your career?</w:t>
      </w:r>
    </w:p>
    <w:p>
      <w:pPr>
        <w:keepNext/>
        <w:spacing w:after="40"/>
      </w:pPr>
      <w:r>
        <w:rPr>
          <w:i/>
          <w:color w:val="6F6F6F"/>
          <w:sz w:val="16"/>
        </w:rPr>
        <w:t>They do not have to be the most prestigious.</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2. Which project or situation was the hardest, and why?</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3. What is something you built, fixed, improved, sold, saved or turned around that you are still proud of?</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4. What is the largest, smallest, strangest or most complex thing you have worked on?</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5. Are there well-known projects, clients, places, products or outcomes that can be named publicly?</w:t>
      </w:r>
    </w:p>
    <w:p>
      <w:pPr>
        <w:keepNext/>
        <w:spacing w:after="40"/>
      </w:pPr>
      <w:r>
        <w:rPr>
          <w:i/>
          <w:color w:val="6F6F6F"/>
          <w:sz w:val="16"/>
        </w:rPr>
        <w:t>Only include names you are comfortable and permitted to publish.</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6. What measurable results can be stated honestly?</w:t>
      </w:r>
    </w:p>
    <w:p>
      <w:pPr>
        <w:keepNext/>
        <w:spacing w:after="40"/>
      </w:pPr>
      <w:r>
        <w:rPr>
          <w:i/>
          <w:color w:val="6F6F6F"/>
          <w:sz w:val="16"/>
        </w:rPr>
        <w:t>Examples: revenue, time saved, waste reduced, projects completed, customers served, team size, growth. If you do not know, leave it blank.</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7. Have any projects or accomplishments been featured in publications, media, awards, case studies or public sources?</w:t>
      </w:r>
    </w:p>
    <w:p>
      <w:pPr>
        <w:keepNext/>
        <w:spacing w:after="40"/>
      </w:pPr>
      <w:r>
        <w:rPr>
          <w:i/>
          <w:color w:val="6F6F6F"/>
          <w:sz w:val="16"/>
        </w:rPr>
        <w:t>Add names and links where possible.</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r>
        <w:br w:type="page"/>
      </w:r>
    </w:p>
    <w:p>
      <w:pPr>
        <w:keepNext/>
        <w:spacing w:after="40"/>
      </w:pPr>
      <w:r>
        <w:rPr>
          <w:b/>
          <w:color w:val="6F6F6F"/>
          <w:sz w:val="17"/>
        </w:rPr>
        <w:t>SECTION 06</w:t>
      </w:r>
    </w:p>
    <w:p>
      <w:pPr>
        <w:pStyle w:val="Heading1"/>
        <w:keepNext/>
      </w:pPr>
      <w:r>
        <w:t>Skills that matter in real life</w:t>
      </w:r>
    </w:p>
    <w:p>
      <w:pPr>
        <w:keepNext/>
        <w:spacing w:after="140"/>
        <w:pBdr>
          <w:bottom w:val="single" w:sz="6" w:space="1" w:color="D8D8D4"/>
        </w:pBdr>
      </w:pPr>
      <w:r>
        <w:rPr>
          <w:i/>
          <w:color w:val="6F6F6F"/>
          <w:sz w:val="18"/>
        </w:rPr>
        <w:t>Skills are useful when we can explain what they look like in practice. Avoid percentage bars and vague self-ratings.</w:t>
      </w:r>
    </w:p>
    <w:p>
      <w:pPr>
        <w:pStyle w:val="Heading2"/>
        <w:keepNext/>
      </w:pPr>
      <w:r>
        <w:t>1. List the technical, practical or professional skills you would confidently put your name behind.</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2. Which 3 skills are strongest today?</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3. Which skills are rusty but could come back quickly?</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4. Which tools, equipment, software, systems or platforms are you comfortable using?</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5. What do people often assume is outside your role that you can actually do well?</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6. What problems are you especially good at diagnosing or solving?</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7. What do you know how to do that is difficult to teach from a manual?</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r>
        <w:br w:type="page"/>
      </w:r>
    </w:p>
    <w:p>
      <w:pPr>
        <w:keepNext/>
        <w:spacing w:after="40"/>
      </w:pPr>
      <w:r>
        <w:rPr>
          <w:b/>
          <w:color w:val="6F6F6F"/>
          <w:sz w:val="17"/>
        </w:rPr>
        <w:t>SECTION 07</w:t>
      </w:r>
    </w:p>
    <w:p>
      <w:pPr>
        <w:pStyle w:val="Heading1"/>
        <w:keepNext/>
      </w:pPr>
      <w:r>
        <w:t>How you learn, teach and improve</w:t>
      </w:r>
    </w:p>
    <w:p>
      <w:pPr>
        <w:keepNext/>
        <w:spacing w:after="140"/>
        <w:pBdr>
          <w:bottom w:val="single" w:sz="6" w:space="1" w:color="D8D8D4"/>
        </w:pBdr>
      </w:pPr>
      <w:r>
        <w:rPr>
          <w:i/>
          <w:color w:val="6F6F6F"/>
          <w:sz w:val="18"/>
        </w:rPr>
        <w:t>Judgment and growth often separate a strong worker from someone who has simply repeated the same year many times.</w:t>
      </w:r>
    </w:p>
    <w:p>
      <w:pPr>
        <w:pStyle w:val="Heading2"/>
        <w:keepNext/>
      </w:pPr>
      <w:r>
        <w:t>1. What have you taught someone else that you are proud of?</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2. Have people you trained or mentored gone on to strong careers, leadership, self-employment or other meaningful outcomes?</w:t>
      </w:r>
    </w:p>
    <w:p>
      <w:pPr>
        <w:keepNext/>
        <w:spacing w:after="40"/>
      </w:pPr>
      <w:r>
        <w:rPr>
          <w:i/>
          <w:color w:val="6F6F6F"/>
          <w:sz w:val="16"/>
        </w:rPr>
        <w:t>Tell us what happened without exaggerating your role.</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3. What did you teach beyond the technical work?</w:t>
      </w:r>
    </w:p>
    <w:p>
      <w:pPr>
        <w:keepNext/>
        <w:spacing w:after="40"/>
      </w:pPr>
      <w:r>
        <w:rPr>
          <w:i/>
          <w:color w:val="6F6F6F"/>
          <w:sz w:val="16"/>
        </w:rPr>
        <w:t>Examples: communication, pricing, negotiation, customer service, leadership, ownership thinking.</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4. How do you learn something new when no one is standing there to teach you?</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5. What does mastery mean to you?</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6. What is one thing you know now that you wish you understood much earlier?</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r>
        <w:br w:type="page"/>
      </w:r>
    </w:p>
    <w:p>
      <w:pPr>
        <w:keepNext/>
        <w:spacing w:after="40"/>
      </w:pPr>
      <w:r>
        <w:rPr>
          <w:b/>
          <w:color w:val="6F6F6F"/>
          <w:sz w:val="17"/>
        </w:rPr>
        <w:t>SECTION 08</w:t>
      </w:r>
    </w:p>
    <w:p>
      <w:pPr>
        <w:pStyle w:val="Heading1"/>
        <w:keepNext/>
      </w:pPr>
      <w:r>
        <w:t>How you think at work</w:t>
      </w:r>
    </w:p>
    <w:p>
      <w:pPr>
        <w:keepNext/>
        <w:spacing w:after="140"/>
        <w:pBdr>
          <w:bottom w:val="single" w:sz="6" w:space="1" w:color="D8D8D4"/>
        </w:pBdr>
      </w:pPr>
      <w:r>
        <w:rPr>
          <w:i/>
          <w:color w:val="6F6F6F"/>
          <w:sz w:val="18"/>
        </w:rPr>
        <w:t>This is where an employer gets a sense of your judgment, not just your qualifications.</w:t>
      </w:r>
    </w:p>
    <w:p>
      <w:pPr>
        <w:pStyle w:val="Heading2"/>
        <w:keepNext/>
      </w:pPr>
      <w:r>
        <w:t>1. What does doing a good job actually mean to you?</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2. What does responsibility look like when something goes wrong?</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3. What is a work habit you think too many people underestimate?</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4. What frustrates you most about weak workplace culture or poor execution?</w:t>
      </w:r>
    </w:p>
    <w:p>
      <w:pPr>
        <w:keepNext/>
        <w:spacing w:after="40"/>
      </w:pPr>
      <w:r>
        <w:rPr>
          <w:i/>
          <w:color w:val="6F6F6F"/>
          <w:sz w:val="16"/>
        </w:rPr>
        <w:t>Describe the issue, not a rant about a past employer.</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5. What do you think employees owe the company?</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6. What do you think a company owes its employees?</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7. How do you think about profit, efficiency, customer value or the economics of the work?</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8. What does consistency in action mean to you?</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9. What is a belief about work you hold more strongly now than you did earlier in your career?</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r>
        <w:br w:type="page"/>
      </w:r>
    </w:p>
    <w:p>
      <w:pPr>
        <w:keepNext/>
        <w:spacing w:after="40"/>
      </w:pPr>
      <w:r>
        <w:rPr>
          <w:b/>
          <w:color w:val="6F6F6F"/>
          <w:sz w:val="17"/>
        </w:rPr>
        <w:t>SECTION 09</w:t>
      </w:r>
    </w:p>
    <w:p>
      <w:pPr>
        <w:pStyle w:val="Heading1"/>
        <w:keepNext/>
      </w:pPr>
      <w:r>
        <w:t>The kind of team and employer that fits</w:t>
      </w:r>
    </w:p>
    <w:p>
      <w:pPr>
        <w:keepNext/>
        <w:spacing w:after="140"/>
        <w:pBdr>
          <w:bottom w:val="single" w:sz="6" w:space="1" w:color="D8D8D4"/>
        </w:pBdr>
      </w:pPr>
      <w:r>
        <w:rPr>
          <w:i/>
          <w:color w:val="6F6F6F"/>
          <w:sz w:val="18"/>
        </w:rPr>
        <w:t>A good profile should help both sides self-select. Describe the environment where you are likely to do your best work.</w:t>
      </w:r>
    </w:p>
    <w:p>
      <w:pPr>
        <w:pStyle w:val="Heading2"/>
        <w:keepNext/>
      </w:pPr>
      <w:r>
        <w:t>1. What does a good crew or team look like to you?</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2. What kind of manager or owner brings out your best work?</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3. What kind of communication do you expect from coworkers and leadership?</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4. How should roles and responsibilities be handled when the job changes unexpectedly?</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5. What kind of company culture would make you want to stay?</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6. What kind of environment would probably be a bad fit?</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7. What do you want a future employer to understand about you before the first conversation?</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r>
        <w:br w:type="page"/>
      </w:r>
    </w:p>
    <w:p>
      <w:pPr>
        <w:keepNext/>
        <w:spacing w:after="40"/>
      </w:pPr>
      <w:r>
        <w:rPr>
          <w:b/>
          <w:color w:val="6F6F6F"/>
          <w:sz w:val="17"/>
        </w:rPr>
        <w:t>SECTION 10</w:t>
      </w:r>
    </w:p>
    <w:p>
      <w:pPr>
        <w:pStyle w:val="Heading1"/>
        <w:keepNext/>
      </w:pPr>
      <w:r>
        <w:t>Practical fit</w:t>
      </w:r>
    </w:p>
    <w:p>
      <w:pPr>
        <w:keepNext/>
        <w:spacing w:after="140"/>
        <w:pBdr>
          <w:bottom w:val="single" w:sz="6" w:space="1" w:color="D8D8D4"/>
        </w:pBdr>
      </w:pPr>
      <w:r>
        <w:rPr>
          <w:i/>
          <w:color w:val="6F6F6F"/>
          <w:sz w:val="18"/>
        </w:rPr>
        <w:t>Clear practical details save everyone time. Be direct. These facts do not need to dominate the page, but they should not become surprises later.</w:t>
      </w:r>
    </w:p>
    <w:p>
      <w:pPr>
        <w:pStyle w:val="Heading2"/>
        <w:keepNext/>
      </w:pPr>
      <w:r>
        <w:t>1. Where must the employer or primary work base be located?</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2. How far are you willing to travel for work once employed?</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3. What transportation arrangements are realistic for you?</w:t>
      </w:r>
    </w:p>
    <w:p>
      <w:pPr>
        <w:keepNext/>
        <w:spacing w:after="40"/>
      </w:pPr>
      <w:r>
        <w:rPr>
          <w:i/>
          <w:color w:val="6F6F6F"/>
          <w:sz w:val="16"/>
        </w:rPr>
        <w:t>Examples: own vehicle, transit, Uber, company vehicle, meet at shop, travel with crew.</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4. What schedule are you available for?</w:t>
      </w:r>
    </w:p>
    <w:p>
      <w:pPr>
        <w:keepNext/>
        <w:spacing w:after="40"/>
      </w:pPr>
      <w:r>
        <w:rPr>
          <w:i/>
          <w:color w:val="6F6F6F"/>
          <w:sz w:val="16"/>
        </w:rPr>
        <w:t>Include start date, days, hours, seasonal limits or planned end dates if relevant.</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5. Do you need guaranteed hours, or are you open to variable work?</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6. Are overtime, evenings, weekends, travel, on-call work or busy pushes acceptable?</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7. Do you have any active licences, certifications, tickets, security clearances or registrations that can be stated publicly?</w:t>
      </w:r>
    </w:p>
    <w:p>
      <w:pPr>
        <w:keepNext/>
        <w:spacing w:after="40"/>
      </w:pPr>
      <w:r>
        <w:rPr>
          <w:i/>
          <w:color w:val="6F6F6F"/>
          <w:sz w:val="16"/>
        </w:rPr>
        <w:t>Only current credentials. If none, say none.</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8. Are there licences or certifications you previously held that are no longer current?</w:t>
      </w:r>
    </w:p>
    <w:p>
      <w:pPr>
        <w:keepNext/>
        <w:spacing w:after="40"/>
      </w:pPr>
      <w:r>
        <w:rPr>
          <w:i/>
          <w:color w:val="6F6F6F"/>
          <w:sz w:val="16"/>
        </w:rPr>
        <w:t>This may matter if the profile needs to prevent an employer from assuming they are active.</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9. Are there practical job requirements or limitations that should be discussed upfront?</w:t>
      </w:r>
    </w:p>
    <w:p>
      <w:pPr>
        <w:keepNext/>
        <w:spacing w:after="40"/>
      </w:pPr>
      <w:r>
        <w:rPr>
          <w:i/>
          <w:color w:val="6F6F6F"/>
          <w:sz w:val="16"/>
        </w:rPr>
        <w:t>Do not disclose private medical information. Focus on what affects the work.</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10. How do you want compensation discussed publicly, if at all?</w:t>
      </w:r>
    </w:p>
    <w:p>
      <w:pPr>
        <w:keepNext/>
        <w:spacing w:after="40"/>
      </w:pPr>
      <w:r>
        <w:rPr>
          <w:i/>
          <w:color w:val="6F6F6F"/>
          <w:sz w:val="16"/>
        </w:rPr>
        <w:t>Examples: do not mention it; open to discussion; fixed expectation; money is not the primary motivation.</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r>
        <w:br w:type="page"/>
      </w:r>
    </w:p>
    <w:p>
      <w:pPr>
        <w:keepNext/>
        <w:spacing w:after="40"/>
      </w:pPr>
      <w:r>
        <w:rPr>
          <w:b/>
          <w:color w:val="6F6F6F"/>
          <w:sz w:val="17"/>
        </w:rPr>
        <w:t>SECTION 11</w:t>
      </w:r>
    </w:p>
    <w:p>
      <w:pPr>
        <w:pStyle w:val="Heading1"/>
        <w:keepNext/>
      </w:pPr>
      <w:r>
        <w:t>Who you are outside the job title</w:t>
      </w:r>
    </w:p>
    <w:p>
      <w:pPr>
        <w:keepNext/>
        <w:spacing w:after="140"/>
        <w:pBdr>
          <w:bottom w:val="single" w:sz="6" w:space="1" w:color="D8D8D4"/>
        </w:pBdr>
      </w:pPr>
      <w:r>
        <w:rPr>
          <w:i/>
          <w:color w:val="6F6F6F"/>
          <w:sz w:val="18"/>
        </w:rPr>
        <w:t>A human profile can include the parts of life that help someone understand you, without turning into a biography.</w:t>
      </w:r>
    </w:p>
    <w:p>
      <w:pPr>
        <w:pStyle w:val="Heading2"/>
        <w:keepNext/>
      </w:pPr>
      <w:r>
        <w:t>1. What do you care about outside work?</w:t>
      </w:r>
    </w:p>
    <w:p>
      <w:pPr>
        <w:keepNext/>
        <w:spacing w:after="40"/>
      </w:pPr>
      <w:r>
        <w:rPr>
          <w:i/>
          <w:color w:val="6F6F6F"/>
          <w:sz w:val="16"/>
        </w:rPr>
        <w:t>Examples: family, friends, outdoors, sport, craft, learning, travel, community, creativity.</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2. What have you intentionally built more time or freedom for in your life?</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3. What does success mean to you now?</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4. What does legacy mean to you, if that word matters to you?</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5. What hobbies, creative work or interests show a side of you an employer would never see on a resume?</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6. Is there a personal value or life philosophy that helps explain the way you work?</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r>
        <w:br w:type="page"/>
      </w:r>
    </w:p>
    <w:p>
      <w:pPr>
        <w:keepNext/>
        <w:spacing w:after="40"/>
      </w:pPr>
      <w:r>
        <w:rPr>
          <w:b/>
          <w:color w:val="6F6F6F"/>
          <w:sz w:val="17"/>
        </w:rPr>
        <w:t>SECTION 12</w:t>
      </w:r>
    </w:p>
    <w:p>
      <w:pPr>
        <w:pStyle w:val="Heading1"/>
        <w:keepNext/>
      </w:pPr>
      <w:r>
        <w:t>Community, side projects and useful work</w:t>
      </w:r>
    </w:p>
    <w:p>
      <w:pPr>
        <w:keepNext/>
        <w:spacing w:after="140"/>
        <w:pBdr>
          <w:bottom w:val="single" w:sz="6" w:space="1" w:color="D8D8D4"/>
        </w:pBdr>
      </w:pPr>
      <w:r>
        <w:rPr>
          <w:i/>
          <w:color w:val="6F6F6F"/>
          <w:sz w:val="18"/>
        </w:rPr>
        <w:t>Paid employment is not the only place people demonstrate initiative, judgment and contribution.</w:t>
      </w:r>
    </w:p>
    <w:p>
      <w:pPr>
        <w:pStyle w:val="Heading2"/>
        <w:keepNext/>
      </w:pPr>
      <w:r>
        <w:t>1. Do you volunteer, mentor, coach, donate skills, support nonprofits or contribute to your community?</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2. Do you build, create, write, teach, make music, run side projects or do other work outside your primary profession?</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3. What have those activities taught you that transfers back into work?</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4. Are there business ventures, partnerships or side projects that help explain your broader abilities?</w:t>
      </w:r>
    </w:p>
    <w:p>
      <w:pPr>
        <w:keepNext/>
        <w:spacing w:after="40"/>
      </w:pPr>
      <w:r>
        <w:rPr>
          <w:i/>
          <w:color w:val="6F6F6F"/>
          <w:sz w:val="16"/>
        </w:rPr>
        <w:t>You do not need to name them publicly if you prefer not to.</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5. Is there anything you do simply because it feels meaningful or useful?</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r>
        <w:br w:type="page"/>
      </w:r>
    </w:p>
    <w:p>
      <w:pPr>
        <w:keepNext/>
        <w:spacing w:after="40"/>
      </w:pPr>
      <w:r>
        <w:rPr>
          <w:b/>
          <w:color w:val="6F6F6F"/>
          <w:sz w:val="17"/>
        </w:rPr>
        <w:t>SECTION 13</w:t>
      </w:r>
    </w:p>
    <w:p>
      <w:pPr>
        <w:pStyle w:val="Heading1"/>
        <w:keepNext/>
      </w:pPr>
      <w:r>
        <w:t>Public proof, links and discoverability</w:t>
      </w:r>
    </w:p>
    <w:p>
      <w:pPr>
        <w:keepNext/>
        <w:spacing w:after="140"/>
        <w:pBdr>
          <w:bottom w:val="single" w:sz="6" w:space="1" w:color="D8D8D4"/>
        </w:pBdr>
      </w:pPr>
      <w:r>
        <w:rPr>
          <w:i/>
          <w:color w:val="6F6F6F"/>
          <w:sz w:val="18"/>
        </w:rPr>
        <w:t>Give us the material that can support the story and help employers or recruiters find the profile.</w:t>
      </w:r>
    </w:p>
    <w:p>
      <w:pPr>
        <w:pStyle w:val="Heading2"/>
        <w:keepNext/>
      </w:pPr>
      <w:r>
        <w:t>1. What public website, portfolio, LinkedIn, YouTube, GitHub, TikTok or other links should be considered?</w:t>
      </w:r>
    </w:p>
    <w:p>
      <w:pPr>
        <w:keepNext/>
        <w:spacing w:after="40"/>
      </w:pPr>
      <w:r>
        <w:rPr>
          <w:i/>
          <w:color w:val="6F6F6F"/>
          <w:sz w:val="16"/>
        </w:rPr>
        <w:t>List only links you are comfortable connecting to the employment profile.</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2. Do you have a headshot or photo you want used?</w:t>
      </w:r>
    </w:p>
    <w:p>
      <w:pPr>
        <w:keepNext/>
        <w:spacing w:after="40"/>
      </w:pPr>
      <w:r>
        <w:rPr>
          <w:i/>
          <w:color w:val="6F6F6F"/>
          <w:sz w:val="16"/>
        </w:rPr>
        <w:t>Describe which image, or note that you need one.</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3. Do you have project photos, publications, videos, presentations, media coverage or documents that could support the story?</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4. What locations should the page naturally mention for search visibility?</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5. What job titles, specialties, trade terms or industry phrases might an employer search to find someone like you?</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6. What plain-language words would a non-expert employer use for the same work?</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7. What questions might an employer or recruiter ask an AI assistant when trying to find someone like you?</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8. Are there industry terms, titles or descriptions you do NOT want associated with you?</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r>
        <w:br w:type="page"/>
      </w:r>
    </w:p>
    <w:p>
      <w:pPr>
        <w:keepNext/>
        <w:spacing w:after="40"/>
      </w:pPr>
      <w:r>
        <w:rPr>
          <w:b/>
          <w:color w:val="6F6F6F"/>
          <w:sz w:val="17"/>
        </w:rPr>
        <w:t>SECTION 14</w:t>
      </w:r>
    </w:p>
    <w:p>
      <w:pPr>
        <w:pStyle w:val="Heading1"/>
        <w:keepNext/>
      </w:pPr>
      <w:r>
        <w:t>Voice and visual personality</w:t>
      </w:r>
    </w:p>
    <w:p>
      <w:pPr>
        <w:keepNext/>
        <w:spacing w:after="140"/>
        <w:pBdr>
          <w:bottom w:val="single" w:sz="6" w:space="1" w:color="D8D8D4"/>
        </w:pBdr>
      </w:pPr>
      <w:r>
        <w:rPr>
          <w:i/>
          <w:color w:val="6F6F6F"/>
          <w:sz w:val="18"/>
        </w:rPr>
        <w:t>The page should not just contain your story; it should feel like you.</w:t>
      </w:r>
    </w:p>
    <w:p>
      <w:pPr>
        <w:pStyle w:val="Heading2"/>
        <w:keepNext/>
      </w:pPr>
      <w:r>
        <w:t>1. Give us 3 words the site should feel like.</w:t>
      </w:r>
    </w:p>
    <w:p>
      <w:pPr>
        <w:keepNext/>
        <w:spacing w:after="40"/>
      </w:pPr>
      <w:r>
        <w:rPr>
          <w:i/>
          <w:color w:val="6F6F6F"/>
          <w:sz w:val="16"/>
        </w:rPr>
        <w:t>Examples: capable, grounded, curious, energetic, calm, technical, creative.</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2. Give us 3 words the site should NEVER feel like.</w:t>
      </w:r>
    </w:p>
    <w:p>
      <w:pPr>
        <w:keepNext/>
        <w:spacing w:after="40"/>
      </w:pPr>
      <w:r>
        <w:rPr>
          <w:i/>
          <w:color w:val="6F6F6F"/>
          <w:sz w:val="16"/>
        </w:rPr>
        <w:t>Examples: corporate, desperate, flashy, childish, luxury, aggressive.</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3. How do you naturally communicate?</w:t>
      </w:r>
    </w:p>
    <w:p>
      <w:pPr>
        <w:keepNext/>
        <w:spacing w:after="40"/>
      </w:pPr>
      <w:r>
        <w:rPr>
          <w:i/>
          <w:color w:val="6F6F6F"/>
          <w:sz w:val="16"/>
        </w:rPr>
        <w:t>Examples: direct, warm, blunt, technical, conversational, humorous, reserved.</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4. How polished should the writing feel?</w:t>
      </w:r>
    </w:p>
    <w:p>
      <w:pPr>
        <w:keepNext/>
        <w:spacing w:after="40"/>
      </w:pPr>
      <w:r>
        <w:rPr>
          <w:i/>
          <w:color w:val="6F6F6F"/>
          <w:sz w:val="16"/>
        </w:rPr>
        <w:t>Examples: professional and clean; conversational; slightly rough/human; highly technical.</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5. What visual direction feels right?</w:t>
      </w:r>
    </w:p>
    <w:p>
      <w:pPr>
        <w:keepNext/>
        <w:spacing w:after="40"/>
      </w:pPr>
      <w:r>
        <w:rPr>
          <w:i/>
          <w:color w:val="6F6F6F"/>
          <w:sz w:val="16"/>
        </w:rPr>
        <w:t>Examples: black and white, industrial, editorial, colourful, minimal, photographic, technical, playful.</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6. Should the page use many images, a few images, or mostly typography and graphic elements?</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7. Are there colours, styles, symbols, clichés or visual treatments you absolutely dislike?</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8. What should someone feel in the first 10 seconds after opening your page?</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r>
        <w:br w:type="page"/>
      </w:r>
    </w:p>
    <w:p>
      <w:pPr>
        <w:keepNext/>
        <w:spacing w:after="40"/>
      </w:pPr>
      <w:r>
        <w:rPr>
          <w:b/>
          <w:color w:val="6F6F6F"/>
          <w:sz w:val="17"/>
        </w:rPr>
        <w:t>SECTION 15</w:t>
      </w:r>
    </w:p>
    <w:p>
      <w:pPr>
        <w:pStyle w:val="Heading1"/>
        <w:keepNext/>
      </w:pPr>
      <w:r>
        <w:t>Privacy, accuracy and boundaries</w:t>
      </w:r>
    </w:p>
    <w:p>
      <w:pPr>
        <w:keepNext/>
        <w:spacing w:after="140"/>
        <w:pBdr>
          <w:bottom w:val="single" w:sz="6" w:space="1" w:color="D8D8D4"/>
        </w:pBdr>
      </w:pPr>
      <w:r>
        <w:rPr>
          <w:i/>
          <w:color w:val="6F6F6F"/>
          <w:sz w:val="18"/>
        </w:rPr>
        <w:t>A good profile is useful because it is honest. Tell us what can be public and what should stay out.</w:t>
      </w:r>
    </w:p>
    <w:p>
      <w:pPr>
        <w:pStyle w:val="Heading2"/>
        <w:keepNext/>
      </w:pPr>
      <w:r>
        <w:t>1. Are there former employers or company names you do NOT want shown publicly?</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2. Are there clients, projects or locations that must remain confidential?</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3. Are there parts of your personal life you do not want mentioned?</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4. Are there topics that may be true but should not become part of the employment story?</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5. Are there claims that need careful wording because they could be misunderstood?</w:t>
      </w:r>
    </w:p>
    <w:p>
      <w:pPr>
        <w:keepNext/>
        <w:spacing w:after="40"/>
      </w:pPr>
      <w:r>
        <w:rPr>
          <w:i/>
          <w:color w:val="6F6F6F"/>
          <w:sz w:val="16"/>
        </w:rPr>
        <w:t>Examples: ownership, project responsibility, licensing, revenue, awards, leadership titles.</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6. Is there anything in an old resume or online profile that is outdated or wrong?</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7. Are there facts we should verify before publication?</w:t>
      </w:r>
    </w:p>
    <w:p>
      <w:pPr>
        <w:keepNext/>
        <w:spacing w:after="40"/>
      </w:pPr>
      <w:r>
        <w:rPr>
          <w:i/>
          <w:color w:val="6F6F6F"/>
          <w:sz w:val="16"/>
        </w:rPr>
        <w:t>Add links or sources if you have them.</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8. What should we never assume about you?</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r>
        <w:br w:type="page"/>
      </w:r>
    </w:p>
    <w:p>
      <w:pPr>
        <w:keepNext/>
        <w:spacing w:after="40"/>
      </w:pPr>
      <w:r>
        <w:rPr>
          <w:b/>
          <w:color w:val="6F6F6F"/>
          <w:sz w:val="17"/>
        </w:rPr>
        <w:t>SECTION 16</w:t>
      </w:r>
    </w:p>
    <w:p>
      <w:pPr>
        <w:pStyle w:val="Heading1"/>
        <w:keepNext/>
      </w:pPr>
      <w:r>
        <w:t>What may appear publicly?</w:t>
      </w:r>
    </w:p>
    <w:p>
      <w:pPr>
        <w:keepNext/>
        <w:spacing w:after="140"/>
        <w:pBdr>
          <w:bottom w:val="single" w:sz="6" w:space="1" w:color="D8D8D4"/>
        </w:pBdr>
      </w:pPr>
      <w:r>
        <w:rPr>
          <w:i/>
          <w:color w:val="6F6F6F"/>
          <w:sz w:val="18"/>
        </w:rPr>
        <w:t>Check what you are comfortable using on a public personal employment page. You can change your mind before publication.</w:t>
      </w:r>
    </w:p>
    <w:p>
      <w:pPr>
        <w:pStyle w:val="Heading2"/>
      </w:pPr>
      <w:r>
        <w:t>I am comfortable with the profile using:</w:t>
      </w:r>
    </w:p>
    <w:tbl>
      <w:tblPr>
        <w:tblW w:type="auto" w:w="0"/>
        <w:jc w:val="left"/>
        <w:tblLayout w:type="autofit"/>
        <w:tblLook w:firstColumn="1" w:firstRow="1" w:lastColumn="0" w:lastRow="0" w:noHBand="0" w:noVBand="1" w:val="04A0"/>
      </w:tblPr>
      <w:tblGrid>
        <w:gridCol w:w="5227"/>
        <w:gridCol w:w="5227"/>
      </w:tblGrid>
      <w:tr>
        <w:tc>
          <w:tcPr>
            <w:tcW w:type="dxa" w:w="5227"/>
            <w:vAlign w:val="center"/>
          </w:tcPr>
          <w:p>
            <w:pPr>
              <w:spacing w:after="0"/>
            </w:pPr>
            <w:r>
              <w:rPr>
                <w:sz w:val="18"/>
              </w:rPr>
              <w:t>☐ My public name</w:t>
            </w:r>
          </w:p>
        </w:tc>
        <w:tc>
          <w:tcPr>
            <w:tcW w:type="dxa" w:w="5227"/>
            <w:vAlign w:val="center"/>
          </w:tcPr>
          <w:p>
            <w:pPr>
              <w:spacing w:after="0"/>
            </w:pPr>
            <w:r>
              <w:rPr>
                <w:sz w:val="18"/>
              </w:rPr>
              <w:t>☐ My headshot</w:t>
            </w:r>
          </w:p>
        </w:tc>
      </w:tr>
      <w:tr>
        <w:tc>
          <w:tcPr>
            <w:tcW w:type="dxa" w:w="5227"/>
            <w:vAlign w:val="center"/>
          </w:tcPr>
          <w:p>
            <w:pPr>
              <w:spacing w:after="0"/>
            </w:pPr>
            <w:r>
              <w:rPr>
                <w:sz w:val="18"/>
              </w:rPr>
              <w:t>☐ My general city / region</w:t>
            </w:r>
          </w:p>
        </w:tc>
        <w:tc>
          <w:tcPr>
            <w:tcW w:type="dxa" w:w="5227"/>
            <w:vAlign w:val="center"/>
          </w:tcPr>
          <w:p>
            <w:pPr>
              <w:spacing w:after="0"/>
            </w:pPr>
            <w:r>
              <w:rPr>
                <w:sz w:val="18"/>
              </w:rPr>
              <w:t>☐ My contact email</w:t>
            </w:r>
          </w:p>
        </w:tc>
      </w:tr>
      <w:tr>
        <w:tc>
          <w:tcPr>
            <w:tcW w:type="dxa" w:w="5227"/>
            <w:vAlign w:val="center"/>
          </w:tcPr>
          <w:p>
            <w:pPr>
              <w:spacing w:after="0"/>
            </w:pPr>
            <w:r>
              <w:rPr>
                <w:sz w:val="18"/>
              </w:rPr>
              <w:t>☐ My current availability</w:t>
            </w:r>
          </w:p>
        </w:tc>
        <w:tc>
          <w:tcPr>
            <w:tcW w:type="dxa" w:w="5227"/>
            <w:vAlign w:val="center"/>
          </w:tcPr>
          <w:p>
            <w:pPr>
              <w:spacing w:after="0"/>
            </w:pPr>
            <w:r>
              <w:rPr>
                <w:sz w:val="18"/>
              </w:rPr>
              <w:t>☐ My work preferences</w:t>
            </w:r>
          </w:p>
        </w:tc>
      </w:tr>
      <w:tr>
        <w:tc>
          <w:tcPr>
            <w:tcW w:type="dxa" w:w="5227"/>
            <w:vAlign w:val="center"/>
          </w:tcPr>
          <w:p>
            <w:pPr>
              <w:spacing w:after="0"/>
            </w:pPr>
            <w:r>
              <w:rPr>
                <w:sz w:val="18"/>
              </w:rPr>
              <w:t>☐ Named previous employers</w:t>
            </w:r>
          </w:p>
        </w:tc>
        <w:tc>
          <w:tcPr>
            <w:tcW w:type="dxa" w:w="5227"/>
            <w:vAlign w:val="center"/>
          </w:tcPr>
          <w:p>
            <w:pPr>
              <w:spacing w:after="0"/>
            </w:pPr>
            <w:r>
              <w:rPr>
                <w:sz w:val="18"/>
              </w:rPr>
              <w:t>☐ Named projects or clients where permitted</w:t>
            </w:r>
          </w:p>
        </w:tc>
      </w:tr>
      <w:tr>
        <w:tc>
          <w:tcPr>
            <w:tcW w:type="dxa" w:w="5227"/>
            <w:vAlign w:val="center"/>
          </w:tcPr>
          <w:p>
            <w:pPr>
              <w:spacing w:after="0"/>
            </w:pPr>
            <w:r>
              <w:rPr>
                <w:sz w:val="18"/>
              </w:rPr>
              <w:t>☐ Public metrics or results</w:t>
            </w:r>
          </w:p>
        </w:tc>
        <w:tc>
          <w:tcPr>
            <w:tcW w:type="dxa" w:w="5227"/>
            <w:vAlign w:val="center"/>
          </w:tcPr>
          <w:p>
            <w:pPr>
              <w:spacing w:after="0"/>
            </w:pPr>
            <w:r>
              <w:rPr>
                <w:sz w:val="18"/>
              </w:rPr>
              <w:t>☐ Current licences / certifications</w:t>
            </w:r>
          </w:p>
        </w:tc>
      </w:tr>
      <w:tr>
        <w:tc>
          <w:tcPr>
            <w:tcW w:type="dxa" w:w="5227"/>
            <w:vAlign w:val="center"/>
          </w:tcPr>
          <w:p>
            <w:pPr>
              <w:spacing w:after="0"/>
            </w:pPr>
            <w:r>
              <w:rPr>
                <w:sz w:val="18"/>
              </w:rPr>
              <w:t>☐ Expired licences with clear status</w:t>
            </w:r>
          </w:p>
        </w:tc>
        <w:tc>
          <w:tcPr>
            <w:tcW w:type="dxa" w:w="5227"/>
            <w:vAlign w:val="center"/>
          </w:tcPr>
          <w:p>
            <w:pPr>
              <w:spacing w:after="0"/>
            </w:pPr>
            <w:r>
              <w:rPr>
                <w:sz w:val="18"/>
              </w:rPr>
              <w:t>☐ Volunteer / community work</w:t>
            </w:r>
          </w:p>
        </w:tc>
      </w:tr>
      <w:tr>
        <w:tc>
          <w:tcPr>
            <w:tcW w:type="dxa" w:w="5227"/>
            <w:vAlign w:val="center"/>
          </w:tcPr>
          <w:p>
            <w:pPr>
              <w:spacing w:after="0"/>
            </w:pPr>
            <w:r>
              <w:rPr>
                <w:sz w:val="18"/>
              </w:rPr>
              <w:t>☐ Personal interests</w:t>
            </w:r>
          </w:p>
        </w:tc>
        <w:tc>
          <w:tcPr>
            <w:tcW w:type="dxa" w:w="5227"/>
            <w:vAlign w:val="center"/>
          </w:tcPr>
          <w:p>
            <w:pPr>
              <w:spacing w:after="0"/>
            </w:pPr>
            <w:r>
              <w:rPr>
                <w:sz w:val="18"/>
              </w:rPr>
              <w:t>☐ Public social / media links</w:t>
            </w:r>
          </w:p>
        </w:tc>
      </w:tr>
      <w:tr>
        <w:tc>
          <w:tcPr>
            <w:tcW w:type="dxa" w:w="5227"/>
            <w:vAlign w:val="center"/>
          </w:tcPr>
          <w:p>
            <w:pPr>
              <w:spacing w:after="0"/>
            </w:pPr>
            <w:r>
              <w:rPr>
                <w:sz w:val="18"/>
              </w:rPr>
              <w:t>☐ Quotes from my questionnaire</w:t>
            </w:r>
          </w:p>
        </w:tc>
        <w:tc>
          <w:tcPr>
            <w:tcW w:type="dxa" w:w="5227"/>
            <w:vAlign w:val="center"/>
          </w:tcPr>
          <w:p>
            <w:pPr>
              <w:spacing w:after="0"/>
            </w:pPr>
            <w:r>
              <w:rPr>
                <w:sz w:val="18"/>
              </w:rPr>
              <w:t>☐ A QR code linking to my profile</w:t>
            </w:r>
          </w:p>
        </w:tc>
      </w:tr>
    </w:tbl>
    <w:p>
      <w:pPr>
        <w:spacing w:after="40"/>
      </w:pPr>
    </w:p>
    <w:p>
      <w:pPr>
        <w:pStyle w:val="Heading2"/>
        <w:keepNext/>
      </w:pPr>
      <w:r>
        <w:t>1. What should definitely NOT appear publicly?</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2. Who do you expect to share this page with?</w:t>
      </w:r>
    </w:p>
    <w:p>
      <w:pPr>
        <w:keepNext/>
        <w:spacing w:after="40"/>
      </w:pPr>
      <w:r>
        <w:rPr>
          <w:i/>
          <w:color w:val="6F6F6F"/>
          <w:sz w:val="16"/>
        </w:rPr>
        <w:t>Examples: employers, recruiters, staffing agencies, referrals, networking contacts, customers.</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3. Would you like the page indexed by search engines and discoverable through web/AI search?</w:t>
      </w:r>
    </w:p>
    <w:p>
      <w:pPr>
        <w:keepNext/>
        <w:spacing w:after="40"/>
      </w:pPr>
      <w:r>
        <w:rPr>
          <w:i/>
          <w:color w:val="6F6F6F"/>
          <w:sz w:val="16"/>
        </w:rPr>
        <w:t>If unsure, leave blank and discuss before launch.</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r>
        <w:br w:type="page"/>
      </w:r>
    </w:p>
    <w:p>
      <w:pPr>
        <w:keepNext/>
        <w:spacing w:after="40"/>
      </w:pPr>
      <w:r>
        <w:rPr>
          <w:b/>
          <w:color w:val="6F6F6F"/>
          <w:sz w:val="17"/>
        </w:rPr>
        <w:t>SECTION 17</w:t>
      </w:r>
    </w:p>
    <w:p>
      <w:pPr>
        <w:pStyle w:val="Heading1"/>
        <w:keepNext/>
      </w:pPr>
      <w:r>
        <w:t>The lines that may become the page</w:t>
      </w:r>
    </w:p>
    <w:p>
      <w:pPr>
        <w:keepNext/>
        <w:spacing w:after="140"/>
        <w:pBdr>
          <w:bottom w:val="single" w:sz="6" w:space="1" w:color="D8D8D4"/>
        </w:pBdr>
      </w:pPr>
      <w:r>
        <w:rPr>
          <w:i/>
          <w:color w:val="6F6F6F"/>
          <w:sz w:val="18"/>
        </w:rPr>
        <w:t>Do not overthink these. Short instinctive answers often become the best headlines, pull quotes and closing statements.</w:t>
      </w:r>
    </w:p>
    <w:p>
      <w:pPr>
        <w:pStyle w:val="Heading2"/>
        <w:keepNext/>
      </w:pPr>
      <w:r>
        <w:t>1. Finish this sentence: I am looking now because...</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2. Finish this sentence: The work I miss most is...</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3. Finish this sentence: A good employer understands that...</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4. Finish this sentence: A good employee should...</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5. Finish this sentence: The thing I am most proud of is...</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6. Finish this sentence: The biggest thing I have learned is...</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7. Finish this sentence: If you put me on your team, you should expect...</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8. Finish this sentence: A resume would never tell you that I...</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9. Finish this sentence: People who work with me usually learn that...</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pStyle w:val="Heading2"/>
        <w:keepNext/>
      </w:pPr>
      <w:r>
        <w:t>10. Finish this sentence: I want the person reading my page to think, "This person..."</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r>
        <w:br w:type="page"/>
      </w:r>
    </w:p>
    <w:p>
      <w:pPr>
        <w:keepNext/>
        <w:spacing w:after="40"/>
      </w:pPr>
      <w:r>
        <w:rPr>
          <w:b/>
          <w:color w:val="6F6F6F"/>
          <w:sz w:val="17"/>
        </w:rPr>
        <w:t>SECTION 18</w:t>
      </w:r>
    </w:p>
    <w:p>
      <w:pPr>
        <w:pStyle w:val="Heading1"/>
        <w:keepNext/>
      </w:pPr>
      <w:r>
        <w:t>Final synthesis</w:t>
      </w:r>
    </w:p>
    <w:p>
      <w:pPr>
        <w:keepNext/>
        <w:spacing w:after="140"/>
        <w:pBdr>
          <w:bottom w:val="single" w:sz="6" w:space="1" w:color="D8D8D4"/>
        </w:pBdr>
      </w:pPr>
      <w:r>
        <w:rPr>
          <w:i/>
          <w:color w:val="6F6F6F"/>
          <w:sz w:val="18"/>
        </w:rPr>
        <w:t>This section is intentionally repetitive. By now the themes should be obvious. Use it to capture the clearest version of them.</w:t>
      </w:r>
    </w:p>
    <w:p>
      <w:pPr>
        <w:keepNext/>
      </w:pPr>
      <w:r>
        <w:rPr>
          <w:b/>
          <w:color w:val="6F6F6F"/>
          <w:sz w:val="17"/>
        </w:rPr>
        <w:t>ONE-LINE INTRODUCTION</w:t>
      </w:r>
    </w:p>
    <w:p>
      <w:pPr>
        <w:keepNext/>
      </w:pPr>
      <w:r>
        <w:rPr>
          <w:i/>
          <w:color w:val="6F6F6F"/>
          <w:sz w:val="16"/>
        </w:rPr>
        <w:t>Describe yourself in one sentence without using a corporate job-search cliché.</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keepNext/>
      </w:pPr>
      <w:r>
        <w:rPr>
          <w:b/>
          <w:color w:val="6F6F6F"/>
          <w:sz w:val="17"/>
        </w:rPr>
        <w:t>WHY NOW</w:t>
      </w:r>
    </w:p>
    <w:p>
      <w:pPr>
        <w:keepNext/>
      </w:pPr>
      <w:r>
        <w:rPr>
          <w:i/>
          <w:color w:val="6F6F6F"/>
          <w:sz w:val="16"/>
        </w:rPr>
        <w:t>Why are you open to this conversation today?</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keepNext/>
      </w:pPr>
      <w:r>
        <w:rPr>
          <w:b/>
          <w:color w:val="6F6F6F"/>
          <w:sz w:val="17"/>
        </w:rPr>
        <w:t>BEST-FIT WORK</w:t>
      </w:r>
    </w:p>
    <w:p>
      <w:pPr>
        <w:keepNext/>
      </w:pPr>
      <w:r>
        <w:rPr>
          <w:i/>
          <w:color w:val="6F6F6F"/>
          <w:sz w:val="16"/>
        </w:rPr>
        <w:t>What would you most like to be doing?</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keepNext/>
      </w:pPr>
      <w:r>
        <w:rPr>
          <w:b/>
          <w:color w:val="6F6F6F"/>
          <w:sz w:val="17"/>
        </w:rPr>
        <w:t>WHAT YOU BRING</w:t>
      </w:r>
    </w:p>
    <w:p>
      <w:pPr>
        <w:keepNext/>
      </w:pPr>
      <w:r>
        <w:rPr>
          <w:i/>
          <w:color w:val="6F6F6F"/>
          <w:sz w:val="16"/>
        </w:rPr>
        <w:t>What are the 3-5 things an employer gets by bringing you in?</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keepNext/>
      </w:pPr>
      <w:r>
        <w:rPr>
          <w:b/>
          <w:color w:val="6F6F6F"/>
          <w:sz w:val="17"/>
        </w:rPr>
        <w:t>WHAT MAKES YOU DIFFERENT</w:t>
      </w:r>
    </w:p>
    <w:p>
      <w:pPr>
        <w:keepNext/>
      </w:pPr>
      <w:r>
        <w:rPr>
          <w:i/>
          <w:color w:val="6F6F6F"/>
          <w:sz w:val="16"/>
        </w:rPr>
        <w:t>What should make someone curious enough to talk to you?</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keepNext/>
      </w:pPr>
      <w:r>
        <w:rPr>
          <w:b/>
          <w:color w:val="6F6F6F"/>
          <w:sz w:val="17"/>
        </w:rPr>
        <w:t>PROOF</w:t>
      </w:r>
    </w:p>
    <w:p>
      <w:pPr>
        <w:keepNext/>
      </w:pPr>
      <w:r>
        <w:rPr>
          <w:i/>
          <w:color w:val="6F6F6F"/>
          <w:sz w:val="16"/>
        </w:rPr>
        <w:t>What 2-3 facts, projects, outcomes or examples best support the story?</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keepNext/>
      </w:pPr>
      <w:r>
        <w:rPr>
          <w:b/>
          <w:color w:val="6F6F6F"/>
          <w:sz w:val="17"/>
        </w:rPr>
        <w:t>IDEAL EMPLOYER / TEAM</w:t>
      </w:r>
    </w:p>
    <w:p>
      <w:pPr>
        <w:keepNext/>
      </w:pPr>
      <w:r>
        <w:rPr>
          <w:i/>
          <w:color w:val="6F6F6F"/>
          <w:sz w:val="16"/>
        </w:rPr>
        <w:t>What environment brings out your best work?</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keepNext/>
      </w:pPr>
      <w:r>
        <w:rPr>
          <w:b/>
          <w:color w:val="6F6F6F"/>
          <w:sz w:val="17"/>
        </w:rPr>
        <w:t>PRACTICAL DETAILS</w:t>
      </w:r>
    </w:p>
    <w:p>
      <w:pPr>
        <w:keepNext/>
      </w:pPr>
      <w:r>
        <w:rPr>
          <w:i/>
          <w:color w:val="6F6F6F"/>
          <w:sz w:val="16"/>
        </w:rPr>
        <w:t>Location, availability, schedule, transport, licences and anything that must be known upfront.</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keepNext/>
      </w:pPr>
      <w:r>
        <w:rPr>
          <w:b/>
          <w:color w:val="6F6F6F"/>
          <w:sz w:val="17"/>
        </w:rPr>
        <w:t>OUTSIDE WORK</w:t>
      </w:r>
    </w:p>
    <w:p>
      <w:pPr>
        <w:keepNext/>
      </w:pPr>
      <w:r>
        <w:rPr>
          <w:i/>
          <w:color w:val="6F6F6F"/>
          <w:sz w:val="16"/>
        </w:rPr>
        <w:t>What human detail is worth knowing?</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keepNext/>
      </w:pPr>
      <w:r>
        <w:rPr>
          <w:b/>
          <w:color w:val="6F6F6F"/>
          <w:sz w:val="17"/>
        </w:rPr>
        <w:t>THE CTA</w:t>
      </w:r>
    </w:p>
    <w:p>
      <w:pPr>
        <w:keepNext/>
      </w:pPr>
      <w:r>
        <w:rPr>
          <w:i/>
          <w:color w:val="6F6F6F"/>
          <w:sz w:val="16"/>
        </w:rPr>
        <w:t>How should someone contact you, and what should the invitation say?</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100"/>
      </w:pPr>
      <w:r>
        <w:rPr>
          <w:rFonts w:ascii="Arial" w:hAnsi="Arial"/>
          <w:b/>
          <w:color w:val="6F6F6F"/>
          <w:sz w:val="17"/>
        </w:rPr>
        <w:t>YOU'RE DONE</w:t>
      </w:r>
    </w:p>
    <w:p>
      <w:pPr>
        <w:pStyle w:val="Title"/>
      </w:pPr>
      <w:r>
        <w:t>The resume can come later.</w:t>
      </w:r>
    </w:p>
    <w:p>
      <w:pPr>
        <w:spacing w:after="200"/>
      </w:pPr>
      <w:r>
        <w:t>The goal of this questionnaire is not to turn every answer into public copy. It gives us enough context to find the story worth telling, remove what does not matter, verify what does, and build a single-page introduction that sounds like a real person.</w:t>
      </w:r>
    </w:p>
    <w:tbl>
      <w:tblPr>
        <w:tblW w:type="auto" w:w="0"/>
        <w:tblLook w:firstColumn="1" w:firstRow="1" w:lastColumn="0" w:lastRow="0" w:noHBand="0" w:noVBand="1" w:val="04A0"/>
      </w:tblPr>
      <w:tblGrid>
        <w:gridCol w:w="10454"/>
      </w:tblGrid>
      <w:tr>
        <w:tc>
          <w:tcPr>
            <w:tcW w:type="dxa" w:w="10454"/>
            <w:shd w:fill="F5F5F2"/>
          </w:tcPr>
          <w:p>
            <w:r>
              <w:rPr>
                <w:b/>
                <w:sz w:val="21"/>
              </w:rPr>
              <w:t>What happens next?</w:t>
            </w:r>
          </w:p>
        </w:tc>
      </w:tr>
      <w:tr>
        <w:tc>
          <w:tcPr>
            <w:tcW w:type="dxa" w:w="10454"/>
            <w:shd w:fill="F5F5F2"/>
          </w:tcPr>
          <w:p>
            <w:r>
              <w:t>Your answers can be reviewed for themes, factual proof, work preferences, personality, practical constraints, public links, search terms and the strongest conversation starters. From there, the profile can be written and designed around you - not around a generic resume template.</w:t>
            </w:r>
          </w:p>
        </w:tc>
      </w:tr>
      <w:tr>
        <w:tc>
          <w:tcPr>
            <w:tcW w:type="dxa" w:w="10454"/>
            <w:shd w:fill="F5F5F2"/>
          </w:tcPr>
          <w:p>
            <w:r>
              <w:rPr>
                <w:b/>
              </w:rPr>
              <w:t>A conversation first approach. Not a list of skills.</w:t>
            </w:r>
          </w:p>
        </w:tc>
      </w:tr>
    </w:tbl>
    <w:p/>
    <w:p>
      <w:pPr>
        <w:pStyle w:val="Heading2"/>
      </w:pPr>
      <w:r>
        <w:t>Profile contact email / preferred next step</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pPr>
        <w:spacing w:after="20" w:line="240" w:lineRule="auto"/>
      </w:pPr>
      <w:r>
        <w:rPr>
          <w:color w:val="D8D8D4"/>
          <w:sz w:val="16"/>
        </w:rPr>
        <w:t>________________________________________________________________________________</w:t>
      </w:r>
    </w:p>
    <w:p>
      <w:r>
        <w:rPr>
          <w:b/>
          <w:sz w:val="21"/>
        </w:rPr>
        <w:t>Find a Subtrade</w:t>
      </w:r>
    </w:p>
    <w:p>
      <w:r>
        <w:t>Built to help people communicate better.</w:t>
      </w:r>
    </w:p>
    <w:p>
      <w:r>
        <w:rPr>
          <w:color w:val="6F6F6F"/>
          <w:sz w:val="16"/>
        </w:rPr>
        <w:t>No job board. No public candidate directory. Start with hello.</w:t>
      </w:r>
    </w:p>
    <w:sectPr w:rsidR="00FC693F" w:rsidRPr="0006063C" w:rsidSect="00034616">
      <w:footerReference w:type="default" r:id="rId10"/>
      <w:pgSz w:w="12240" w:h="15840"/>
      <w:pgMar w:top="835"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F6F6F"/>
        <w:sz w:val="15"/>
      </w:rPr>
      <w:t xml:space="preserve">FIND A SUBTRADE  •  CONVERSATION-FIRST PROFILE QUESTIONNAIRE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80"/>
      <w:outlineLvl w:val="0"/>
    </w:pPr>
    <w:rPr>
      <w:rFonts w:asciiTheme="majorHAnsi" w:eastAsiaTheme="majorEastAsia" w:hAnsiTheme="majorHAnsi" w:cstheme="majorBidi" w:ascii="Arial" w:hAnsi="Arial"/>
      <w:b/>
      <w:bCs/>
      <w:color w:val="0A0A0A"/>
      <w:sz w:val="38"/>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ascii="Arial" w:hAnsi="Arial"/>
      <w:b/>
      <w:bCs/>
      <w:color w:val="0A0A0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6F6F6F"/>
      <w:sz w:val="1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A0A0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 a Subtrade - Conversation-First Profile Questionnaire</dc:title>
  <dc:subject>Full personal promotion site intake questionnaire</dc:subject>
  <dc:creator>Find a Subtrade</dc:creator>
  <cp:keywords/>
  <dc:description>generated by python-docx</dc:description>
  <cp:lastModifiedBy/>
  <cp:revision>1</cp:revision>
  <dcterms:created xsi:type="dcterms:W3CDTF">2013-12-23T23:15:00Z</dcterms:created>
  <dcterms:modified xsi:type="dcterms:W3CDTF">2013-12-23T23:15:00Z</dcterms:modified>
  <cp:category/>
</cp:coreProperties>
</file>